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1CC" w:rsidRDefault="0068799B">
      <w:pPr>
        <w:spacing w:after="40"/>
        <w:jc w:val="center"/>
      </w:pPr>
      <w:r>
        <w:rPr>
          <w:b/>
          <w:sz w:val="32"/>
        </w:rPr>
        <w:t>Ž I A D O S Ť</w:t>
      </w:r>
    </w:p>
    <w:p w:rsidR="003251CC" w:rsidRDefault="0068799B">
      <w:pPr>
        <w:spacing w:after="140"/>
        <w:jc w:val="center"/>
      </w:pPr>
      <w:r>
        <w:rPr>
          <w:b/>
          <w:sz w:val="24"/>
        </w:rPr>
        <w:t>o vydanie súhlasu na výrub dreviny</w:t>
      </w:r>
    </w:p>
    <w:p w:rsidR="003251CC" w:rsidRDefault="0068799B">
      <w:pPr>
        <w:spacing w:after="100"/>
        <w:jc w:val="both"/>
      </w:pPr>
      <w:r>
        <w:t>podľa § 47 ods. 3 zákona č. 543/2002 Z. z. o ochrane prírody a krajiny v znení neskorších predpisov a § 22 vyhlášky Ministerstva životného prostredia Slovenskej republiky č. 170/2021 Z. z., ktorou sa vykonáva zákon č. 543/2002 Z. z. o ochrane prírody a krajiny v znení neskorších predpisov.</w:t>
      </w:r>
    </w:p>
    <w:p w:rsidR="003251CC" w:rsidRDefault="0068799B">
      <w:pPr>
        <w:spacing w:before="80" w:after="60"/>
      </w:pPr>
      <w:r>
        <w:rPr>
          <w:b/>
          <w:sz w:val="22"/>
        </w:rPr>
        <w:t>A/ ÚDAJE O ŽIADATEĽOVI</w:t>
      </w:r>
    </w:p>
    <w:p w:rsidR="003251CC" w:rsidRDefault="0068799B">
      <w:pPr>
        <w:spacing w:after="40"/>
      </w:pPr>
      <w:r>
        <w:rPr>
          <w:b/>
        </w:rPr>
        <w:t xml:space="preserve">Meno a priezvisko / názov alebo obchodné meno: </w:t>
      </w:r>
      <w:r>
        <w:t>________________________________________________________________________________________________</w:t>
      </w:r>
    </w:p>
    <w:p w:rsidR="003251CC" w:rsidRDefault="0068799B">
      <w:pPr>
        <w:spacing w:after="40"/>
      </w:pPr>
      <w:r>
        <w:rPr>
          <w:b/>
        </w:rPr>
        <w:t xml:space="preserve">Trvalý pobyt / sídlo / miesto podnikania: </w:t>
      </w:r>
      <w:r>
        <w:t>________________________________________________________________________________________________</w:t>
      </w:r>
    </w:p>
    <w:p w:rsidR="003251CC" w:rsidRPr="00CD51A7" w:rsidRDefault="0068799B">
      <w:pPr>
        <w:spacing w:after="40"/>
        <w:rPr>
          <w:lang w:val="de-AT"/>
        </w:rPr>
      </w:pPr>
      <w:proofErr w:type="spellStart"/>
      <w:r w:rsidRPr="00CD51A7">
        <w:rPr>
          <w:b/>
          <w:lang w:val="de-AT"/>
        </w:rPr>
        <w:t>Telefón</w:t>
      </w:r>
      <w:proofErr w:type="spellEnd"/>
      <w:r w:rsidRPr="00CD51A7">
        <w:rPr>
          <w:b/>
          <w:lang w:val="de-AT"/>
        </w:rPr>
        <w:t xml:space="preserve"> / </w:t>
      </w:r>
      <w:proofErr w:type="spellStart"/>
      <w:r w:rsidRPr="00CD51A7">
        <w:rPr>
          <w:b/>
          <w:lang w:val="de-AT"/>
        </w:rPr>
        <w:t>e-mail</w:t>
      </w:r>
      <w:proofErr w:type="spellEnd"/>
      <w:r w:rsidRPr="00CD51A7">
        <w:rPr>
          <w:b/>
          <w:lang w:val="de-AT"/>
        </w:rPr>
        <w:t xml:space="preserve">: </w:t>
      </w:r>
      <w:r w:rsidRPr="00CD51A7">
        <w:rPr>
          <w:lang w:val="de-AT"/>
        </w:rPr>
        <w:t>________________________________________________________________________________________________</w:t>
      </w:r>
    </w:p>
    <w:p w:rsidR="003251CC" w:rsidRPr="00CD51A7" w:rsidRDefault="0068799B">
      <w:pPr>
        <w:spacing w:before="80" w:after="60"/>
        <w:rPr>
          <w:lang w:val="de-AT"/>
        </w:rPr>
      </w:pPr>
      <w:r w:rsidRPr="00CD51A7">
        <w:rPr>
          <w:b/>
          <w:sz w:val="22"/>
          <w:lang w:val="de-AT"/>
        </w:rPr>
        <w:t>B/ ÚDAJE O POZEMKU, NA KTOROM DREVINA RASTIE</w:t>
      </w:r>
    </w:p>
    <w:p w:rsidR="003251CC" w:rsidRPr="00CD51A7" w:rsidRDefault="0068799B">
      <w:pPr>
        <w:spacing w:after="40"/>
        <w:rPr>
          <w:lang w:val="de-AT"/>
        </w:rPr>
      </w:pPr>
      <w:proofErr w:type="spellStart"/>
      <w:r w:rsidRPr="00CD51A7">
        <w:rPr>
          <w:b/>
          <w:lang w:val="de-AT"/>
        </w:rPr>
        <w:t>Katastrálne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územie</w:t>
      </w:r>
      <w:proofErr w:type="spellEnd"/>
      <w:r w:rsidRPr="00CD51A7">
        <w:rPr>
          <w:b/>
          <w:lang w:val="de-AT"/>
        </w:rPr>
        <w:t xml:space="preserve">: </w:t>
      </w:r>
      <w:r w:rsidRPr="00CD51A7">
        <w:rPr>
          <w:lang w:val="de-AT"/>
        </w:rPr>
        <w:t>________________________________________________________________________________________________</w:t>
      </w:r>
    </w:p>
    <w:p w:rsidR="003251CC" w:rsidRPr="00CD51A7" w:rsidRDefault="0068799B">
      <w:pPr>
        <w:spacing w:after="40"/>
        <w:rPr>
          <w:lang w:val="de-AT"/>
        </w:rPr>
      </w:pPr>
      <w:proofErr w:type="spellStart"/>
      <w:r w:rsidRPr="00CD51A7">
        <w:rPr>
          <w:b/>
          <w:lang w:val="de-AT"/>
        </w:rPr>
        <w:t>Parcelné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číslo</w:t>
      </w:r>
      <w:proofErr w:type="spellEnd"/>
      <w:r w:rsidRPr="00CD51A7">
        <w:rPr>
          <w:b/>
          <w:lang w:val="de-AT"/>
        </w:rPr>
        <w:t xml:space="preserve">: </w:t>
      </w:r>
      <w:r w:rsidRPr="00CD51A7">
        <w:rPr>
          <w:lang w:val="de-AT"/>
        </w:rPr>
        <w:t>________________________________________________________________________________________________</w:t>
      </w:r>
    </w:p>
    <w:p w:rsidR="003251CC" w:rsidRPr="00CD51A7" w:rsidRDefault="0068799B">
      <w:pPr>
        <w:spacing w:after="40"/>
        <w:rPr>
          <w:lang w:val="de-AT"/>
        </w:rPr>
      </w:pPr>
      <w:proofErr w:type="spellStart"/>
      <w:r w:rsidRPr="00CD51A7">
        <w:rPr>
          <w:b/>
          <w:lang w:val="de-AT"/>
        </w:rPr>
        <w:t>Druh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pozemku</w:t>
      </w:r>
      <w:proofErr w:type="spellEnd"/>
      <w:r w:rsidRPr="00CD51A7">
        <w:rPr>
          <w:b/>
          <w:lang w:val="de-AT"/>
        </w:rPr>
        <w:t xml:space="preserve">: </w:t>
      </w:r>
      <w:r w:rsidRPr="00CD51A7">
        <w:rPr>
          <w:lang w:val="de-AT"/>
        </w:rPr>
        <w:t>________________________________________________________________________________________________</w:t>
      </w:r>
    </w:p>
    <w:p w:rsidR="003251CC" w:rsidRPr="00CD51A7" w:rsidRDefault="0068799B">
      <w:pPr>
        <w:spacing w:after="40"/>
        <w:rPr>
          <w:lang w:val="de-AT"/>
        </w:rPr>
      </w:pPr>
      <w:proofErr w:type="spellStart"/>
      <w:r w:rsidRPr="00CD51A7">
        <w:rPr>
          <w:b/>
          <w:lang w:val="de-AT"/>
        </w:rPr>
        <w:t>Adresa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alebo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bližšia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špecifikácia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miesta</w:t>
      </w:r>
      <w:proofErr w:type="spellEnd"/>
      <w:r w:rsidRPr="00CD51A7">
        <w:rPr>
          <w:b/>
          <w:lang w:val="de-AT"/>
        </w:rPr>
        <w:t xml:space="preserve">, </w:t>
      </w:r>
      <w:proofErr w:type="spellStart"/>
      <w:r w:rsidRPr="00CD51A7">
        <w:rPr>
          <w:b/>
          <w:lang w:val="de-AT"/>
        </w:rPr>
        <w:t>kde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drevina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rastie</w:t>
      </w:r>
      <w:proofErr w:type="spellEnd"/>
      <w:r w:rsidRPr="00CD51A7">
        <w:rPr>
          <w:b/>
          <w:lang w:val="de-AT"/>
        </w:rPr>
        <w:t xml:space="preserve">: </w:t>
      </w:r>
      <w:r w:rsidRPr="00CD51A7">
        <w:rPr>
          <w:lang w:val="de-AT"/>
        </w:rPr>
        <w:t>________________________________________________________________________________________________</w:t>
      </w:r>
    </w:p>
    <w:p w:rsidR="003251CC" w:rsidRPr="00CD51A7" w:rsidRDefault="0068799B">
      <w:pPr>
        <w:spacing w:after="40"/>
        <w:rPr>
          <w:lang w:val="de-AT"/>
        </w:rPr>
      </w:pPr>
      <w:proofErr w:type="spellStart"/>
      <w:r w:rsidRPr="00CD51A7">
        <w:rPr>
          <w:b/>
          <w:lang w:val="de-AT"/>
        </w:rPr>
        <w:t>Príloha</w:t>
      </w:r>
      <w:proofErr w:type="spellEnd"/>
      <w:r w:rsidRPr="00CD51A7">
        <w:rPr>
          <w:b/>
          <w:lang w:val="de-AT"/>
        </w:rPr>
        <w:t xml:space="preserve">: </w:t>
      </w:r>
      <w:proofErr w:type="spellStart"/>
      <w:r w:rsidRPr="00CD51A7">
        <w:rPr>
          <w:b/>
          <w:lang w:val="de-AT"/>
        </w:rPr>
        <w:t>kópia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katastrálnej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mapy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alebo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iný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doklad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umožňujúci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identifikáciu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dreviny</w:t>
      </w:r>
      <w:proofErr w:type="spellEnd"/>
      <w:r w:rsidRPr="00CD51A7">
        <w:rPr>
          <w:b/>
          <w:lang w:val="de-AT"/>
        </w:rPr>
        <w:t xml:space="preserve"> v </w:t>
      </w:r>
      <w:proofErr w:type="spellStart"/>
      <w:r w:rsidRPr="00CD51A7">
        <w:rPr>
          <w:b/>
          <w:lang w:val="de-AT"/>
        </w:rPr>
        <w:t>teréne</w:t>
      </w:r>
      <w:proofErr w:type="spellEnd"/>
      <w:r w:rsidRPr="00CD51A7">
        <w:rPr>
          <w:b/>
          <w:lang w:val="de-AT"/>
        </w:rPr>
        <w:t xml:space="preserve">: </w:t>
      </w:r>
      <w:r w:rsidRPr="00CD51A7">
        <w:rPr>
          <w:lang w:val="de-AT"/>
        </w:rPr>
        <w:t>☐ ÁNO    ☐ NIE</w:t>
      </w:r>
    </w:p>
    <w:p w:rsidR="003251CC" w:rsidRPr="00CD51A7" w:rsidRDefault="0068799B">
      <w:pPr>
        <w:spacing w:before="80" w:after="60"/>
        <w:rPr>
          <w:lang w:val="de-AT"/>
        </w:rPr>
      </w:pPr>
      <w:r w:rsidRPr="00CD51A7">
        <w:rPr>
          <w:b/>
          <w:sz w:val="22"/>
          <w:lang w:val="de-AT"/>
        </w:rPr>
        <w:t>C/ SÚHLAS VLASTNÍKA, SPRÁVCU, PRÍPADNE NÁJOMCU POZEMKU</w:t>
      </w:r>
    </w:p>
    <w:p w:rsidR="003251CC" w:rsidRPr="00CD51A7" w:rsidRDefault="0068799B">
      <w:pPr>
        <w:spacing w:after="60"/>
        <w:rPr>
          <w:lang w:val="de-AT"/>
        </w:rPr>
      </w:pPr>
      <w:proofErr w:type="spellStart"/>
      <w:r w:rsidRPr="00CD51A7">
        <w:rPr>
          <w:lang w:val="de-AT"/>
        </w:rPr>
        <w:t>Súhlas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vlastníka</w:t>
      </w:r>
      <w:proofErr w:type="spellEnd"/>
      <w:r w:rsidRPr="00CD51A7">
        <w:rPr>
          <w:lang w:val="de-AT"/>
        </w:rPr>
        <w:t xml:space="preserve">, </w:t>
      </w:r>
      <w:proofErr w:type="spellStart"/>
      <w:r w:rsidRPr="00CD51A7">
        <w:rPr>
          <w:lang w:val="de-AT"/>
        </w:rPr>
        <w:t>správcu</w:t>
      </w:r>
      <w:proofErr w:type="spellEnd"/>
      <w:r w:rsidRPr="00CD51A7">
        <w:rPr>
          <w:lang w:val="de-AT"/>
        </w:rPr>
        <w:t xml:space="preserve">, </w:t>
      </w:r>
      <w:proofErr w:type="spellStart"/>
      <w:r w:rsidRPr="00CD51A7">
        <w:rPr>
          <w:lang w:val="de-AT"/>
        </w:rPr>
        <w:t>prípadne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nájomcu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pozemku</w:t>
      </w:r>
      <w:proofErr w:type="spellEnd"/>
      <w:r w:rsidRPr="00CD51A7">
        <w:rPr>
          <w:lang w:val="de-AT"/>
        </w:rPr>
        <w:t xml:space="preserve">, na </w:t>
      </w:r>
      <w:proofErr w:type="spellStart"/>
      <w:r w:rsidRPr="00CD51A7">
        <w:rPr>
          <w:lang w:val="de-AT"/>
        </w:rPr>
        <w:t>ktorom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drevina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rastie</w:t>
      </w:r>
      <w:proofErr w:type="spellEnd"/>
      <w:r w:rsidRPr="00CD51A7">
        <w:rPr>
          <w:lang w:val="de-AT"/>
        </w:rPr>
        <w:t xml:space="preserve">, </w:t>
      </w:r>
      <w:proofErr w:type="spellStart"/>
      <w:r w:rsidRPr="00CD51A7">
        <w:rPr>
          <w:lang w:val="de-AT"/>
        </w:rPr>
        <w:t>ak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žiadateľ</w:t>
      </w:r>
      <w:proofErr w:type="spellEnd"/>
      <w:r w:rsidRPr="00CD51A7">
        <w:rPr>
          <w:lang w:val="de-AT"/>
        </w:rPr>
        <w:t xml:space="preserve"> nie je </w:t>
      </w:r>
      <w:proofErr w:type="spellStart"/>
      <w:r w:rsidRPr="00CD51A7">
        <w:rPr>
          <w:lang w:val="de-AT"/>
        </w:rPr>
        <w:t>jeho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vlastníkom</w:t>
      </w:r>
      <w:proofErr w:type="spellEnd"/>
      <w:r w:rsidRPr="00CD51A7">
        <w:rPr>
          <w:lang w:val="de-AT"/>
        </w:rPr>
        <w:t xml:space="preserve">, </w:t>
      </w:r>
      <w:proofErr w:type="spellStart"/>
      <w:r w:rsidRPr="00CD51A7">
        <w:rPr>
          <w:lang w:val="de-AT"/>
        </w:rPr>
        <w:t>správcom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alebo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nájomcom</w:t>
      </w:r>
      <w:proofErr w:type="spellEnd"/>
      <w:r w:rsidRPr="00CD51A7">
        <w:rPr>
          <w:lang w:val="de-AT"/>
        </w:rPr>
        <w:t xml:space="preserve">, </w:t>
      </w:r>
      <w:proofErr w:type="spellStart"/>
      <w:r w:rsidRPr="00CD51A7">
        <w:rPr>
          <w:lang w:val="de-AT"/>
        </w:rPr>
        <w:t>pričom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nájomcovi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musí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takéto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oprávnenie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vyplývať</w:t>
      </w:r>
      <w:proofErr w:type="spellEnd"/>
      <w:r w:rsidRPr="00CD51A7">
        <w:rPr>
          <w:lang w:val="de-AT"/>
        </w:rPr>
        <w:t xml:space="preserve"> z </w:t>
      </w:r>
      <w:proofErr w:type="spellStart"/>
      <w:r w:rsidRPr="00CD51A7">
        <w:rPr>
          <w:lang w:val="de-AT"/>
        </w:rPr>
        <w:t>nájomnej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zmluvy</w:t>
      </w:r>
      <w:proofErr w:type="spellEnd"/>
      <w:r w:rsidRPr="00CD51A7">
        <w:rPr>
          <w:lang w:val="de-AT"/>
        </w:rPr>
        <w:t>.</w:t>
      </w:r>
    </w:p>
    <w:p w:rsidR="003251CC" w:rsidRPr="00CD51A7" w:rsidRDefault="0068799B">
      <w:pPr>
        <w:spacing w:after="40"/>
        <w:rPr>
          <w:lang w:val="de-AT"/>
        </w:rPr>
      </w:pPr>
      <w:proofErr w:type="spellStart"/>
      <w:r w:rsidRPr="00CD51A7">
        <w:rPr>
          <w:b/>
          <w:lang w:val="de-AT"/>
        </w:rPr>
        <w:t>Meno</w:t>
      </w:r>
      <w:proofErr w:type="spellEnd"/>
      <w:r w:rsidRPr="00CD51A7">
        <w:rPr>
          <w:b/>
          <w:lang w:val="de-AT"/>
        </w:rPr>
        <w:t xml:space="preserve"> a </w:t>
      </w:r>
      <w:proofErr w:type="spellStart"/>
      <w:r w:rsidRPr="00CD51A7">
        <w:rPr>
          <w:b/>
          <w:lang w:val="de-AT"/>
        </w:rPr>
        <w:t>priezvisko</w:t>
      </w:r>
      <w:proofErr w:type="spellEnd"/>
      <w:r w:rsidRPr="00CD51A7">
        <w:rPr>
          <w:b/>
          <w:lang w:val="de-AT"/>
        </w:rPr>
        <w:t xml:space="preserve"> / </w:t>
      </w:r>
      <w:proofErr w:type="spellStart"/>
      <w:r w:rsidRPr="00CD51A7">
        <w:rPr>
          <w:b/>
          <w:lang w:val="de-AT"/>
        </w:rPr>
        <w:t>názov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vlastníka</w:t>
      </w:r>
      <w:proofErr w:type="spellEnd"/>
      <w:r w:rsidRPr="00CD51A7">
        <w:rPr>
          <w:b/>
          <w:lang w:val="de-AT"/>
        </w:rPr>
        <w:t xml:space="preserve">, </w:t>
      </w:r>
      <w:proofErr w:type="spellStart"/>
      <w:r w:rsidRPr="00CD51A7">
        <w:rPr>
          <w:b/>
          <w:lang w:val="de-AT"/>
        </w:rPr>
        <w:t>správcu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alebo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nájomcu</w:t>
      </w:r>
      <w:proofErr w:type="spellEnd"/>
      <w:r w:rsidRPr="00CD51A7">
        <w:rPr>
          <w:b/>
          <w:lang w:val="de-AT"/>
        </w:rPr>
        <w:t xml:space="preserve">: </w:t>
      </w:r>
      <w:r w:rsidRPr="00CD51A7">
        <w:rPr>
          <w:lang w:val="de-AT"/>
        </w:rPr>
        <w:t>________________________________________________________________________________________________</w:t>
      </w:r>
    </w:p>
    <w:p w:rsidR="003251CC" w:rsidRPr="00CD51A7" w:rsidRDefault="0068799B">
      <w:pPr>
        <w:spacing w:after="40"/>
        <w:rPr>
          <w:lang w:val="de-AT"/>
        </w:rPr>
      </w:pPr>
      <w:proofErr w:type="spellStart"/>
      <w:r w:rsidRPr="00CD51A7">
        <w:rPr>
          <w:b/>
          <w:lang w:val="de-AT"/>
        </w:rPr>
        <w:t>Adresa</w:t>
      </w:r>
      <w:proofErr w:type="spellEnd"/>
      <w:r w:rsidRPr="00CD51A7">
        <w:rPr>
          <w:b/>
          <w:lang w:val="de-AT"/>
        </w:rPr>
        <w:t xml:space="preserve"> / </w:t>
      </w:r>
      <w:proofErr w:type="spellStart"/>
      <w:r w:rsidRPr="00CD51A7">
        <w:rPr>
          <w:b/>
          <w:lang w:val="de-AT"/>
        </w:rPr>
        <w:t>sídlo</w:t>
      </w:r>
      <w:proofErr w:type="spellEnd"/>
      <w:r w:rsidRPr="00CD51A7">
        <w:rPr>
          <w:b/>
          <w:lang w:val="de-AT"/>
        </w:rPr>
        <w:t xml:space="preserve">: </w:t>
      </w:r>
      <w:r w:rsidRPr="00CD51A7">
        <w:rPr>
          <w:lang w:val="de-AT"/>
        </w:rPr>
        <w:t>________________________________________________________________________________________________</w:t>
      </w:r>
    </w:p>
    <w:p w:rsidR="003251CC" w:rsidRPr="00CD51A7" w:rsidRDefault="0068799B">
      <w:pPr>
        <w:spacing w:after="40"/>
        <w:rPr>
          <w:lang w:val="de-AT"/>
        </w:rPr>
      </w:pPr>
      <w:proofErr w:type="spellStart"/>
      <w:r w:rsidRPr="00CD51A7">
        <w:rPr>
          <w:b/>
          <w:lang w:val="de-AT"/>
        </w:rPr>
        <w:t>Stanovisko</w:t>
      </w:r>
      <w:proofErr w:type="spellEnd"/>
      <w:r w:rsidRPr="00CD51A7">
        <w:rPr>
          <w:b/>
          <w:lang w:val="de-AT"/>
        </w:rPr>
        <w:t xml:space="preserve"> / </w:t>
      </w:r>
      <w:proofErr w:type="spellStart"/>
      <w:r w:rsidRPr="00CD51A7">
        <w:rPr>
          <w:b/>
          <w:lang w:val="de-AT"/>
        </w:rPr>
        <w:t>súhlas</w:t>
      </w:r>
      <w:proofErr w:type="spellEnd"/>
      <w:r w:rsidRPr="00CD51A7">
        <w:rPr>
          <w:b/>
          <w:lang w:val="de-AT"/>
        </w:rPr>
        <w:t xml:space="preserve">: </w:t>
      </w:r>
      <w:r w:rsidRPr="00CD51A7">
        <w:rPr>
          <w:lang w:val="de-AT"/>
        </w:rPr>
        <w:t>________________________________________________________________________________________________</w:t>
      </w:r>
    </w:p>
    <w:p w:rsidR="003251CC" w:rsidRPr="00CD51A7" w:rsidRDefault="0068799B">
      <w:pPr>
        <w:spacing w:after="20"/>
        <w:rPr>
          <w:lang w:val="de-AT"/>
        </w:rPr>
      </w:pPr>
      <w:r w:rsidRPr="00CD51A7">
        <w:rPr>
          <w:lang w:val="de-AT"/>
        </w:rPr>
        <w:t>________________________________________________________________________________________________</w:t>
      </w:r>
    </w:p>
    <w:p w:rsidR="003251CC" w:rsidRPr="00CD51A7" w:rsidRDefault="0068799B">
      <w:pPr>
        <w:spacing w:after="20"/>
        <w:rPr>
          <w:lang w:val="de-AT"/>
        </w:rPr>
      </w:pPr>
      <w:r w:rsidRPr="00CD51A7">
        <w:rPr>
          <w:lang w:val="de-AT"/>
        </w:rPr>
        <w:t>________________________________________________________________________________________________</w:t>
      </w:r>
    </w:p>
    <w:p w:rsidR="003251CC" w:rsidRPr="00CD51A7" w:rsidRDefault="0068799B">
      <w:pPr>
        <w:spacing w:after="20"/>
        <w:rPr>
          <w:lang w:val="de-AT"/>
        </w:rPr>
      </w:pPr>
      <w:r w:rsidRPr="00CD51A7">
        <w:rPr>
          <w:lang w:val="de-AT"/>
        </w:rPr>
        <w:t>________________________________________________________________________________________________</w:t>
      </w:r>
    </w:p>
    <w:p w:rsidR="00CD51A7" w:rsidRDefault="00CD51A7">
      <w:pPr>
        <w:spacing w:after="40"/>
        <w:rPr>
          <w:b/>
          <w:lang w:val="de-AT"/>
        </w:rPr>
      </w:pPr>
    </w:p>
    <w:p w:rsidR="003251CC" w:rsidRPr="00CD51A7" w:rsidRDefault="0068799B">
      <w:pPr>
        <w:spacing w:after="40"/>
        <w:rPr>
          <w:lang w:val="de-AT"/>
        </w:rPr>
      </w:pPr>
      <w:proofErr w:type="spellStart"/>
      <w:r w:rsidRPr="00CD51A7">
        <w:rPr>
          <w:b/>
          <w:lang w:val="de-AT"/>
        </w:rPr>
        <w:t>Dátum</w:t>
      </w:r>
      <w:proofErr w:type="spellEnd"/>
      <w:r w:rsidRPr="00CD51A7">
        <w:rPr>
          <w:b/>
          <w:lang w:val="de-AT"/>
        </w:rPr>
        <w:t xml:space="preserve"> a </w:t>
      </w:r>
      <w:proofErr w:type="spellStart"/>
      <w:r w:rsidRPr="00CD51A7">
        <w:rPr>
          <w:b/>
          <w:lang w:val="de-AT"/>
        </w:rPr>
        <w:t>podpis</w:t>
      </w:r>
      <w:proofErr w:type="spellEnd"/>
      <w:r w:rsidRPr="00CD51A7">
        <w:rPr>
          <w:b/>
          <w:lang w:val="de-AT"/>
        </w:rPr>
        <w:t xml:space="preserve"> </w:t>
      </w:r>
      <w:proofErr w:type="spellStart"/>
      <w:r w:rsidRPr="00CD51A7">
        <w:rPr>
          <w:b/>
          <w:lang w:val="de-AT"/>
        </w:rPr>
        <w:t>vlastníka</w:t>
      </w:r>
      <w:proofErr w:type="spellEnd"/>
      <w:r w:rsidRPr="00CD51A7">
        <w:rPr>
          <w:b/>
          <w:lang w:val="de-AT"/>
        </w:rPr>
        <w:t xml:space="preserve"> / </w:t>
      </w:r>
      <w:proofErr w:type="spellStart"/>
      <w:r w:rsidRPr="00CD51A7">
        <w:rPr>
          <w:b/>
          <w:lang w:val="de-AT"/>
        </w:rPr>
        <w:t>správcu</w:t>
      </w:r>
      <w:proofErr w:type="spellEnd"/>
      <w:r w:rsidRPr="00CD51A7">
        <w:rPr>
          <w:b/>
          <w:lang w:val="de-AT"/>
        </w:rPr>
        <w:t xml:space="preserve"> / </w:t>
      </w:r>
      <w:proofErr w:type="spellStart"/>
      <w:r w:rsidRPr="00CD51A7">
        <w:rPr>
          <w:b/>
          <w:lang w:val="de-AT"/>
        </w:rPr>
        <w:t>nájomcu</w:t>
      </w:r>
      <w:proofErr w:type="spellEnd"/>
      <w:r w:rsidRPr="00CD51A7">
        <w:rPr>
          <w:b/>
          <w:lang w:val="de-AT"/>
        </w:rPr>
        <w:t xml:space="preserve">: </w:t>
      </w:r>
      <w:r w:rsidRPr="00CD51A7">
        <w:rPr>
          <w:lang w:val="de-AT"/>
        </w:rPr>
        <w:t>________________________________________________________________________________________________</w:t>
      </w:r>
    </w:p>
    <w:p w:rsidR="00CD51A7" w:rsidRDefault="00CD51A7">
      <w:pPr>
        <w:spacing w:after="40"/>
        <w:rPr>
          <w:b/>
          <w:lang w:val="de-AT"/>
        </w:rPr>
      </w:pPr>
    </w:p>
    <w:p w:rsidR="00CD51A7" w:rsidRDefault="00CD51A7">
      <w:pPr>
        <w:spacing w:after="40"/>
        <w:rPr>
          <w:b/>
          <w:lang w:val="de-AT"/>
        </w:rPr>
      </w:pPr>
    </w:p>
    <w:p w:rsidR="003251CC" w:rsidRPr="00CD51A7" w:rsidRDefault="0068799B">
      <w:pPr>
        <w:spacing w:after="40"/>
        <w:rPr>
          <w:lang w:val="de-AT"/>
        </w:rPr>
      </w:pPr>
      <w:proofErr w:type="spellStart"/>
      <w:r w:rsidRPr="00CD51A7">
        <w:rPr>
          <w:b/>
          <w:lang w:val="de-AT"/>
        </w:rPr>
        <w:t>Príloha</w:t>
      </w:r>
      <w:proofErr w:type="spellEnd"/>
      <w:r w:rsidRPr="00CD51A7">
        <w:rPr>
          <w:b/>
          <w:lang w:val="de-AT"/>
        </w:rPr>
        <w:t xml:space="preserve">: </w:t>
      </w:r>
      <w:proofErr w:type="spellStart"/>
      <w:r w:rsidRPr="00CD51A7">
        <w:rPr>
          <w:lang w:val="de-AT"/>
        </w:rPr>
        <w:t>doklad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preukazujúci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vlastníctvo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alebo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iný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právny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vzťah</w:t>
      </w:r>
      <w:proofErr w:type="spellEnd"/>
      <w:r w:rsidRPr="00CD51A7">
        <w:rPr>
          <w:lang w:val="de-AT"/>
        </w:rPr>
        <w:t xml:space="preserve"> k </w:t>
      </w:r>
      <w:proofErr w:type="spellStart"/>
      <w:r w:rsidRPr="00CD51A7">
        <w:rPr>
          <w:lang w:val="de-AT"/>
        </w:rPr>
        <w:t>pozemku</w:t>
      </w:r>
      <w:proofErr w:type="spellEnd"/>
      <w:r w:rsidRPr="00CD51A7">
        <w:rPr>
          <w:lang w:val="de-AT"/>
        </w:rPr>
        <w:t xml:space="preserve">, </w:t>
      </w:r>
      <w:proofErr w:type="spellStart"/>
      <w:r w:rsidRPr="00CD51A7">
        <w:rPr>
          <w:lang w:val="de-AT"/>
        </w:rPr>
        <w:t>ak</w:t>
      </w:r>
      <w:proofErr w:type="spellEnd"/>
      <w:r w:rsidRPr="00CD51A7">
        <w:rPr>
          <w:lang w:val="de-AT"/>
        </w:rPr>
        <w:t xml:space="preserve"> je </w:t>
      </w:r>
      <w:proofErr w:type="spellStart"/>
      <w:r w:rsidRPr="00CD51A7">
        <w:rPr>
          <w:lang w:val="de-AT"/>
        </w:rPr>
        <w:t>potrebný</w:t>
      </w:r>
      <w:proofErr w:type="spellEnd"/>
      <w:r w:rsidRPr="00CD51A7">
        <w:rPr>
          <w:lang w:val="de-AT"/>
        </w:rPr>
        <w:t>.</w:t>
      </w:r>
    </w:p>
    <w:p w:rsidR="003251CC" w:rsidRPr="00CD51A7" w:rsidRDefault="0068799B">
      <w:pPr>
        <w:rPr>
          <w:lang w:val="de-AT"/>
        </w:rPr>
      </w:pPr>
      <w:r w:rsidRPr="00CD51A7">
        <w:rPr>
          <w:lang w:val="de-AT"/>
        </w:rPr>
        <w:br w:type="page"/>
      </w:r>
    </w:p>
    <w:p w:rsidR="003251CC" w:rsidRPr="00CD51A7" w:rsidRDefault="0068799B">
      <w:pPr>
        <w:jc w:val="center"/>
        <w:rPr>
          <w:lang w:val="de-AT"/>
        </w:rPr>
      </w:pPr>
      <w:r w:rsidRPr="00CD51A7">
        <w:rPr>
          <w:b/>
          <w:sz w:val="24"/>
          <w:lang w:val="de-AT"/>
        </w:rPr>
        <w:lastRenderedPageBreak/>
        <w:t>ŽIADOSŤ O VYDANIE SÚHLASU NA VÝRUB DREVINY</w:t>
      </w:r>
    </w:p>
    <w:p w:rsidR="003251CC" w:rsidRPr="00CD51A7" w:rsidRDefault="0068799B">
      <w:pPr>
        <w:spacing w:before="80" w:after="60"/>
        <w:rPr>
          <w:lang w:val="de-AT"/>
        </w:rPr>
      </w:pPr>
      <w:r w:rsidRPr="00CD51A7">
        <w:rPr>
          <w:b/>
          <w:sz w:val="22"/>
          <w:lang w:val="de-AT"/>
        </w:rPr>
        <w:t>D/ ŠPECIFIKÁCIA DREVINY, KTORÁ SA MÁ VYRÚBAŤ</w:t>
      </w:r>
    </w:p>
    <w:p w:rsidR="003251CC" w:rsidRPr="00CD51A7" w:rsidRDefault="0068799B">
      <w:pPr>
        <w:spacing w:after="40"/>
        <w:rPr>
          <w:lang w:val="de-AT"/>
        </w:rPr>
      </w:pPr>
      <w:r w:rsidRPr="00CD51A7">
        <w:rPr>
          <w:b/>
          <w:lang w:val="de-AT"/>
        </w:rPr>
        <w:t>STROMY</w:t>
      </w:r>
    </w:p>
    <w:p w:rsidR="003251CC" w:rsidRPr="00CD51A7" w:rsidRDefault="0068799B">
      <w:pPr>
        <w:spacing w:after="60"/>
        <w:rPr>
          <w:lang w:val="de-AT"/>
        </w:rPr>
      </w:pPr>
      <w:r w:rsidRPr="00CD51A7">
        <w:rPr>
          <w:lang w:val="de-AT"/>
        </w:rPr>
        <w:t xml:space="preserve">(V </w:t>
      </w:r>
      <w:proofErr w:type="spellStart"/>
      <w:r w:rsidRPr="00CD51A7">
        <w:rPr>
          <w:lang w:val="de-AT"/>
        </w:rPr>
        <w:t>prípade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nedostatku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miesta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možno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špecifikáciu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drevín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uviesť</w:t>
      </w:r>
      <w:proofErr w:type="spellEnd"/>
      <w:r w:rsidRPr="00CD51A7">
        <w:rPr>
          <w:lang w:val="de-AT"/>
        </w:rPr>
        <w:t xml:space="preserve"> na </w:t>
      </w:r>
      <w:proofErr w:type="spellStart"/>
      <w:r w:rsidRPr="00CD51A7">
        <w:rPr>
          <w:lang w:val="de-AT"/>
        </w:rPr>
        <w:t>samostatnej</w:t>
      </w:r>
      <w:proofErr w:type="spellEnd"/>
      <w:r w:rsidRPr="00CD51A7">
        <w:rPr>
          <w:lang w:val="de-AT"/>
        </w:rPr>
        <w:t xml:space="preserve"> </w:t>
      </w:r>
      <w:proofErr w:type="spellStart"/>
      <w:r w:rsidRPr="00CD51A7">
        <w:rPr>
          <w:lang w:val="de-AT"/>
        </w:rPr>
        <w:t>prílohe</w:t>
      </w:r>
      <w:proofErr w:type="spellEnd"/>
      <w:r w:rsidRPr="00CD51A7">
        <w:rPr>
          <w:lang w:val="de-AT"/>
        </w:rPr>
        <w:t>.)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548"/>
        <w:gridCol w:w="2547"/>
        <w:gridCol w:w="2547"/>
        <w:gridCol w:w="2548"/>
      </w:tblGrid>
      <w:tr w:rsidR="003251CC">
        <w:trPr>
          <w:jc w:val="center"/>
        </w:trPr>
        <w:tc>
          <w:tcPr>
            <w:tcW w:w="2550" w:type="dxa"/>
            <w:shd w:val="clear" w:color="auto" w:fill="D9EAD3"/>
            <w:vAlign w:val="center"/>
          </w:tcPr>
          <w:p w:rsidR="003251CC" w:rsidRDefault="0068799B">
            <w:proofErr w:type="spellStart"/>
            <w:r>
              <w:rPr>
                <w:b/>
                <w:sz w:val="16"/>
              </w:rPr>
              <w:t>Druh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dreviny</w:t>
            </w:r>
            <w:proofErr w:type="spellEnd"/>
          </w:p>
        </w:tc>
        <w:tc>
          <w:tcPr>
            <w:tcW w:w="2550" w:type="dxa"/>
            <w:shd w:val="clear" w:color="auto" w:fill="D9EAD3"/>
            <w:vAlign w:val="center"/>
          </w:tcPr>
          <w:p w:rsidR="003251CC" w:rsidRDefault="0068799B">
            <w:r>
              <w:rPr>
                <w:b/>
                <w:sz w:val="16"/>
              </w:rPr>
              <w:t>Počet (ks)</w:t>
            </w:r>
          </w:p>
        </w:tc>
        <w:tc>
          <w:tcPr>
            <w:tcW w:w="2550" w:type="dxa"/>
            <w:shd w:val="clear" w:color="auto" w:fill="D9EAD3"/>
            <w:vAlign w:val="center"/>
          </w:tcPr>
          <w:p w:rsidR="003251CC" w:rsidRDefault="0068799B">
            <w:r>
              <w:rPr>
                <w:b/>
                <w:sz w:val="16"/>
              </w:rPr>
              <w:t>Obvod kmeňa vo výške 130 cm nad zemou</w:t>
            </w:r>
          </w:p>
        </w:tc>
        <w:tc>
          <w:tcPr>
            <w:tcW w:w="2550" w:type="dxa"/>
            <w:shd w:val="clear" w:color="auto" w:fill="D9EAD3"/>
            <w:vAlign w:val="center"/>
          </w:tcPr>
          <w:p w:rsidR="003251CC" w:rsidRDefault="0068799B">
            <w:r>
              <w:rPr>
                <w:b/>
                <w:sz w:val="16"/>
              </w:rPr>
              <w:t>Zdravotný stav</w:t>
            </w:r>
          </w:p>
        </w:tc>
      </w:tr>
      <w:tr w:rsidR="003251CC">
        <w:trPr>
          <w:jc w:val="center"/>
        </w:trPr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</w:tr>
      <w:tr w:rsidR="003251CC">
        <w:trPr>
          <w:jc w:val="center"/>
        </w:trPr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</w:tr>
      <w:tr w:rsidR="003251CC">
        <w:trPr>
          <w:jc w:val="center"/>
        </w:trPr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</w:tr>
      <w:tr w:rsidR="003251CC">
        <w:trPr>
          <w:jc w:val="center"/>
        </w:trPr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</w:tr>
      <w:tr w:rsidR="003251CC">
        <w:trPr>
          <w:jc w:val="center"/>
        </w:trPr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</w:tr>
      <w:tr w:rsidR="003251CC">
        <w:trPr>
          <w:jc w:val="center"/>
        </w:trPr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</w:tr>
      <w:tr w:rsidR="003251CC">
        <w:trPr>
          <w:jc w:val="center"/>
        </w:trPr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</w:tr>
    </w:tbl>
    <w:p w:rsidR="003251CC" w:rsidRDefault="0068799B">
      <w:pPr>
        <w:spacing w:before="60" w:after="60"/>
      </w:pPr>
      <w:r>
        <w:rPr>
          <w:b/>
        </w:rPr>
        <w:t xml:space="preserve">Poznámka: </w:t>
      </w:r>
      <w:r>
        <w:t>Ak strom nedosahuje výšku 130 cm, uvedie sa obvod kmeňa tesne pod miestom jeho rozkonárenia.</w:t>
      </w:r>
    </w:p>
    <w:p w:rsidR="00CD51A7" w:rsidRDefault="00CD51A7">
      <w:pPr>
        <w:spacing w:after="40"/>
        <w:rPr>
          <w:b/>
        </w:rPr>
      </w:pPr>
    </w:p>
    <w:p w:rsidR="003251CC" w:rsidRDefault="0068799B">
      <w:pPr>
        <w:spacing w:after="40"/>
      </w:pPr>
      <w:r>
        <w:rPr>
          <w:b/>
        </w:rPr>
        <w:t>KROVITÉ PORASTY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396"/>
        <w:gridCol w:w="3397"/>
        <w:gridCol w:w="3397"/>
      </w:tblGrid>
      <w:tr w:rsidR="003251CC">
        <w:trPr>
          <w:jc w:val="center"/>
        </w:trPr>
        <w:tc>
          <w:tcPr>
            <w:tcW w:w="3400" w:type="dxa"/>
            <w:shd w:val="clear" w:color="auto" w:fill="D9EAD3"/>
            <w:vAlign w:val="center"/>
          </w:tcPr>
          <w:p w:rsidR="003251CC" w:rsidRDefault="0068799B">
            <w:r>
              <w:rPr>
                <w:b/>
                <w:sz w:val="16"/>
              </w:rPr>
              <w:t>Druh dreviny</w:t>
            </w:r>
          </w:p>
        </w:tc>
        <w:tc>
          <w:tcPr>
            <w:tcW w:w="3400" w:type="dxa"/>
            <w:shd w:val="clear" w:color="auto" w:fill="D9EAD3"/>
            <w:vAlign w:val="center"/>
          </w:tcPr>
          <w:p w:rsidR="003251CC" w:rsidRDefault="0068799B">
            <w:r>
              <w:rPr>
                <w:b/>
                <w:sz w:val="16"/>
              </w:rPr>
              <w:t>Plošná výmera krovitého porastu (m²)</w:t>
            </w:r>
          </w:p>
        </w:tc>
        <w:tc>
          <w:tcPr>
            <w:tcW w:w="3400" w:type="dxa"/>
            <w:shd w:val="clear" w:color="auto" w:fill="D9EAD3"/>
            <w:vAlign w:val="center"/>
          </w:tcPr>
          <w:p w:rsidR="003251CC" w:rsidRDefault="0068799B">
            <w:r>
              <w:rPr>
                <w:b/>
                <w:sz w:val="16"/>
              </w:rPr>
              <w:t>Zdravotný stav</w:t>
            </w:r>
          </w:p>
        </w:tc>
      </w:tr>
      <w:tr w:rsidR="003251CC">
        <w:trPr>
          <w:jc w:val="center"/>
        </w:trPr>
        <w:tc>
          <w:tcPr>
            <w:tcW w:w="340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340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340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</w:tr>
      <w:tr w:rsidR="003251CC">
        <w:trPr>
          <w:jc w:val="center"/>
        </w:trPr>
        <w:tc>
          <w:tcPr>
            <w:tcW w:w="340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340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340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</w:tr>
      <w:tr w:rsidR="003251CC">
        <w:trPr>
          <w:jc w:val="center"/>
        </w:trPr>
        <w:tc>
          <w:tcPr>
            <w:tcW w:w="340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340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340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</w:tr>
      <w:tr w:rsidR="003251CC">
        <w:trPr>
          <w:jc w:val="center"/>
        </w:trPr>
        <w:tc>
          <w:tcPr>
            <w:tcW w:w="340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340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  <w:tc>
          <w:tcPr>
            <w:tcW w:w="3400" w:type="dxa"/>
            <w:vAlign w:val="center"/>
          </w:tcPr>
          <w:p w:rsidR="003251CC" w:rsidRDefault="0068799B">
            <w:r>
              <w:rPr>
                <w:sz w:val="16"/>
              </w:rPr>
              <w:t xml:space="preserve"> </w:t>
            </w:r>
          </w:p>
        </w:tc>
      </w:tr>
    </w:tbl>
    <w:p w:rsidR="00CD51A7" w:rsidRDefault="00CD51A7">
      <w:pPr>
        <w:spacing w:before="80" w:after="60"/>
        <w:rPr>
          <w:b/>
          <w:sz w:val="22"/>
        </w:rPr>
      </w:pPr>
    </w:p>
    <w:p w:rsidR="003251CC" w:rsidRDefault="0068799B">
      <w:pPr>
        <w:spacing w:before="80" w:after="60"/>
      </w:pPr>
      <w:r>
        <w:rPr>
          <w:b/>
          <w:sz w:val="22"/>
        </w:rPr>
        <w:t>E/ ODÔVODNENIE ŽIADOSTI</w:t>
      </w:r>
    </w:p>
    <w:p w:rsidR="003251CC" w:rsidRDefault="0068799B">
      <w:pPr>
        <w:spacing w:after="20"/>
      </w:pPr>
      <w:r>
        <w:t>______________________________________________________________________________________________________________</w:t>
      </w:r>
    </w:p>
    <w:p w:rsidR="003251CC" w:rsidRDefault="0068799B">
      <w:pPr>
        <w:spacing w:after="20"/>
      </w:pPr>
      <w:r>
        <w:t>______________________________________________________________________________________________________________</w:t>
      </w:r>
    </w:p>
    <w:p w:rsidR="003251CC" w:rsidRDefault="0068799B">
      <w:pPr>
        <w:spacing w:after="20"/>
      </w:pPr>
      <w:r>
        <w:t>______________________________________________________________________________________________________________</w:t>
      </w:r>
    </w:p>
    <w:p w:rsidR="003251CC" w:rsidRDefault="0068799B">
      <w:pPr>
        <w:spacing w:after="20"/>
      </w:pPr>
      <w:r>
        <w:t>______________________________________________________________________________________________________________</w:t>
      </w:r>
    </w:p>
    <w:p w:rsidR="003251CC" w:rsidRDefault="0068799B">
      <w:pPr>
        <w:spacing w:after="20"/>
      </w:pPr>
      <w:r>
        <w:t>______________________________________________________________________________________________________________</w:t>
      </w:r>
    </w:p>
    <w:p w:rsidR="003251CC" w:rsidRDefault="0068799B">
      <w:pPr>
        <w:spacing w:after="20"/>
      </w:pPr>
      <w:r>
        <w:t>______________________________________________________________________________________________________________</w:t>
      </w:r>
    </w:p>
    <w:p w:rsidR="003251CC" w:rsidRDefault="0068799B">
      <w:pPr>
        <w:spacing w:after="20"/>
      </w:pPr>
      <w:r>
        <w:t>______________________________________________________________________________________________________________</w:t>
      </w:r>
    </w:p>
    <w:p w:rsidR="00CD51A7" w:rsidRDefault="00CD51A7">
      <w:pPr>
        <w:spacing w:before="80" w:after="60"/>
        <w:rPr>
          <w:b/>
          <w:sz w:val="22"/>
        </w:rPr>
      </w:pPr>
    </w:p>
    <w:p w:rsidR="003251CC" w:rsidRDefault="0068799B">
      <w:pPr>
        <w:spacing w:before="80" w:after="60"/>
      </w:pPr>
      <w:r>
        <w:rPr>
          <w:b/>
          <w:sz w:val="22"/>
        </w:rPr>
        <w:t>F/ PRÍLOHY K ŽIADOSTI</w:t>
      </w:r>
    </w:p>
    <w:p w:rsidR="003251CC" w:rsidRDefault="0068799B">
      <w:pPr>
        <w:spacing w:after="20"/>
      </w:pPr>
      <w:r>
        <w:t>☐ kópia katastrálnej mapy alebo iný doklad umožňujúci identifikáciu dreviny v teréne</w:t>
      </w:r>
    </w:p>
    <w:p w:rsidR="003251CC" w:rsidRDefault="0068799B">
      <w:pPr>
        <w:spacing w:after="20"/>
      </w:pPr>
      <w:r>
        <w:t>☐ doklad preukazujúci vlastníctvo alebo iný právny vzťah k pozemku</w:t>
      </w:r>
    </w:p>
    <w:p w:rsidR="003251CC" w:rsidRDefault="0068799B">
      <w:pPr>
        <w:spacing w:after="20"/>
      </w:pPr>
      <w:r>
        <w:t>☐ súhlas vlastníka, správcu alebo nájomcu pozemku, ak je potrebný</w:t>
      </w:r>
    </w:p>
    <w:p w:rsidR="003251CC" w:rsidRDefault="0068799B">
      <w:pPr>
        <w:spacing w:after="20"/>
      </w:pPr>
      <w:r>
        <w:t>☐ fotodokumentácia dreviny/drevín</w:t>
      </w:r>
    </w:p>
    <w:p w:rsidR="003251CC" w:rsidRDefault="0068799B">
      <w:pPr>
        <w:spacing w:after="20"/>
      </w:pPr>
      <w:r>
        <w:t>☐ iná príloha: _________________________________________________</w:t>
      </w:r>
    </w:p>
    <w:p w:rsidR="00CD51A7" w:rsidRDefault="00CD51A7">
      <w:pPr>
        <w:spacing w:before="80" w:after="60"/>
        <w:rPr>
          <w:b/>
          <w:sz w:val="22"/>
        </w:rPr>
      </w:pPr>
    </w:p>
    <w:p w:rsidR="00CD51A7" w:rsidRDefault="00CD51A7">
      <w:pPr>
        <w:spacing w:before="80" w:after="60"/>
        <w:rPr>
          <w:b/>
          <w:sz w:val="22"/>
        </w:rPr>
      </w:pPr>
    </w:p>
    <w:p w:rsidR="00CD51A7" w:rsidRDefault="00CD51A7">
      <w:pPr>
        <w:spacing w:before="80" w:after="60"/>
        <w:rPr>
          <w:b/>
          <w:sz w:val="22"/>
        </w:rPr>
      </w:pPr>
    </w:p>
    <w:p w:rsidR="00CD51A7" w:rsidRDefault="00CD51A7">
      <w:pPr>
        <w:spacing w:before="80" w:after="60"/>
        <w:rPr>
          <w:b/>
          <w:sz w:val="22"/>
        </w:rPr>
      </w:pPr>
    </w:p>
    <w:p w:rsidR="00CD51A7" w:rsidRDefault="00CD51A7">
      <w:pPr>
        <w:spacing w:before="80" w:after="60"/>
        <w:rPr>
          <w:b/>
          <w:sz w:val="22"/>
        </w:rPr>
      </w:pPr>
    </w:p>
    <w:p w:rsidR="003251CC" w:rsidRDefault="0068799B">
      <w:pPr>
        <w:spacing w:before="80" w:after="60"/>
      </w:pPr>
      <w:r>
        <w:rPr>
          <w:b/>
          <w:sz w:val="22"/>
        </w:rPr>
        <w:lastRenderedPageBreak/>
        <w:t>G/ SPRÁVNY POPLATOK</w:t>
      </w:r>
    </w:p>
    <w:p w:rsidR="003251CC" w:rsidRDefault="0068799B">
      <w:pPr>
        <w:spacing w:after="40"/>
      </w:pPr>
      <w:r>
        <w:rPr>
          <w:b/>
        </w:rPr>
        <w:t>Správny poplatok podľa zákona č. 145/1995 Z. z. o správnych poplatkoch v znení neskorších predpisov, položka 160:</w:t>
      </w:r>
    </w:p>
    <w:p w:rsidR="003251CC" w:rsidRDefault="0068799B">
      <w:pPr>
        <w:spacing w:after="20"/>
      </w:pPr>
      <w:r>
        <w:t>☐ fyzická osoba – 10,00 €</w:t>
      </w:r>
    </w:p>
    <w:p w:rsidR="003251CC" w:rsidRDefault="0068799B">
      <w:pPr>
        <w:spacing w:after="20"/>
      </w:pPr>
      <w:r>
        <w:t>☐ právnická osoba alebo fyzická osoba oprávnená na podnikanie, ktorej predmet činnosti súvisí s podanou žiadosťou – 100,00 €</w:t>
      </w:r>
    </w:p>
    <w:p w:rsidR="003251CC" w:rsidRDefault="0068799B">
      <w:pPr>
        <w:spacing w:after="40"/>
      </w:pPr>
      <w:r>
        <w:rPr>
          <w:b/>
        </w:rPr>
        <w:t xml:space="preserve">Spôsob úhrady: </w:t>
      </w:r>
      <w:r>
        <w:t>☐ v hotovosti do pokladnice obce    ☐ prevodom na účet obce    ☐ poštovým poukazom na účet obce</w:t>
      </w:r>
    </w:p>
    <w:p w:rsidR="003251CC" w:rsidRDefault="0068799B">
      <w:pPr>
        <w:spacing w:after="60"/>
      </w:pPr>
      <w:r>
        <w:t>☐ žiadateľ je od správneho poplatku oslobodený</w:t>
      </w:r>
    </w:p>
    <w:p w:rsidR="003251CC" w:rsidRDefault="0068799B">
      <w:pPr>
        <w:spacing w:after="40"/>
      </w:pPr>
      <w:r>
        <w:rPr>
          <w:b/>
        </w:rPr>
        <w:t xml:space="preserve">Číslo dokladu o úhrade: </w:t>
      </w:r>
      <w:r>
        <w:t>________________________________________________________________________________________________</w:t>
      </w:r>
    </w:p>
    <w:p w:rsidR="00CD51A7" w:rsidRDefault="00CD51A7">
      <w:pPr>
        <w:spacing w:before="80" w:after="60"/>
        <w:rPr>
          <w:b/>
        </w:rPr>
      </w:pPr>
    </w:p>
    <w:p w:rsidR="003251CC" w:rsidRDefault="0068799B">
      <w:pPr>
        <w:spacing w:before="80" w:after="60"/>
      </w:pPr>
      <w:r>
        <w:rPr>
          <w:b/>
        </w:rPr>
        <w:t>VYHLÁSENIE ŽIADATEĽA</w:t>
      </w:r>
    </w:p>
    <w:p w:rsidR="003251CC" w:rsidRDefault="0068799B">
      <w:pPr>
        <w:spacing w:after="160"/>
      </w:pPr>
      <w:r>
        <w:t>Vyhlasujem, že všetky údaje uvedené v tejto žiadosti a jej prílohách sú pravdivé a úplné.</w:t>
      </w:r>
    </w:p>
    <w:p w:rsidR="00CD51A7" w:rsidRDefault="00CD51A7">
      <w:pPr>
        <w:spacing w:after="0"/>
        <w:rPr>
          <w:b/>
        </w:rPr>
      </w:pPr>
    </w:p>
    <w:p w:rsidR="00CD51A7" w:rsidRDefault="00CD51A7">
      <w:pPr>
        <w:spacing w:after="0"/>
        <w:rPr>
          <w:b/>
        </w:rPr>
      </w:pPr>
    </w:p>
    <w:p w:rsidR="003251CC" w:rsidRDefault="0068799B">
      <w:pPr>
        <w:spacing w:after="0"/>
      </w:pPr>
      <w:r>
        <w:rPr>
          <w:b/>
        </w:rPr>
        <w:t xml:space="preserve">V </w:t>
      </w:r>
      <w:r>
        <w:t xml:space="preserve">___________________________________ </w:t>
      </w:r>
      <w:proofErr w:type="spellStart"/>
      <w:r>
        <w:t>dňa</w:t>
      </w:r>
      <w:proofErr w:type="spellEnd"/>
      <w:r>
        <w:t xml:space="preserve"> _________________________</w:t>
      </w:r>
    </w:p>
    <w:p w:rsidR="00CD51A7" w:rsidRDefault="00CD51A7">
      <w:pPr>
        <w:spacing w:after="0"/>
      </w:pPr>
    </w:p>
    <w:p w:rsidR="00CD51A7" w:rsidRDefault="00CD51A7">
      <w:pPr>
        <w:spacing w:after="0"/>
      </w:pPr>
      <w:bookmarkStart w:id="0" w:name="_GoBack"/>
      <w:bookmarkEnd w:id="0"/>
    </w:p>
    <w:p w:rsidR="003251CC" w:rsidRDefault="0068799B">
      <w:pPr>
        <w:spacing w:before="140"/>
        <w:jc w:val="right"/>
      </w:pPr>
      <w:r>
        <w:rPr>
          <w:b/>
        </w:rPr>
        <w:t>____________________________________</w:t>
      </w:r>
      <w:r>
        <w:rPr>
          <w:b/>
        </w:rPr>
        <w:br/>
      </w:r>
      <w:r>
        <w:t>podpis žiadateľa / pečiatka</w:t>
      </w:r>
    </w:p>
    <w:sectPr w:rsidR="003251CC" w:rsidSect="00034616">
      <w:footerReference w:type="default" r:id="rId8"/>
      <w:pgSz w:w="12240" w:h="15840"/>
      <w:pgMar w:top="794" w:right="1020" w:bottom="79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2E31" w:rsidRDefault="00012E31">
      <w:pPr>
        <w:spacing w:after="0" w:line="240" w:lineRule="auto"/>
      </w:pPr>
      <w:r>
        <w:separator/>
      </w:r>
    </w:p>
  </w:endnote>
  <w:endnote w:type="continuationSeparator" w:id="0">
    <w:p w:rsidR="00012E31" w:rsidRDefault="00012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1CC" w:rsidRDefault="0068799B">
    <w:pPr>
      <w:pStyle w:val="Pta"/>
      <w:jc w:val="center"/>
    </w:pPr>
    <w:r>
      <w:rPr>
        <w:sz w:val="16"/>
      </w:rPr>
      <w:t>Obec Dedina Mládeže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2E31" w:rsidRDefault="00012E31">
      <w:pPr>
        <w:spacing w:after="0" w:line="240" w:lineRule="auto"/>
      </w:pPr>
      <w:r>
        <w:separator/>
      </w:r>
    </w:p>
  </w:footnote>
  <w:footnote w:type="continuationSeparator" w:id="0">
    <w:p w:rsidR="00012E31" w:rsidRDefault="00012E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E31"/>
    <w:rsid w:val="00034616"/>
    <w:rsid w:val="0006063C"/>
    <w:rsid w:val="0015074B"/>
    <w:rsid w:val="0029639D"/>
    <w:rsid w:val="003251CC"/>
    <w:rsid w:val="00326F90"/>
    <w:rsid w:val="00440B89"/>
    <w:rsid w:val="0068799B"/>
    <w:rsid w:val="00AA1D8D"/>
    <w:rsid w:val="00B47730"/>
    <w:rsid w:val="00CB0664"/>
    <w:rsid w:val="00CD51A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DA051A"/>
  <w14:defaultImageDpi w14:val="300"/>
  <w15:docId w15:val="{C505138E-5AC4-447F-8874-7F971DCD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C693F"/>
    <w:rPr>
      <w:rFonts w:ascii="Arial" w:hAnsi="Arial"/>
      <w:sz w:val="19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1CF568-E2FA-4967-8454-822F8D76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760</Words>
  <Characters>4332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GÖNCZÖLOVÁ Gabriela</cp:lastModifiedBy>
  <cp:revision>3</cp:revision>
  <dcterms:created xsi:type="dcterms:W3CDTF">2026-09-07T09:29:00Z</dcterms:created>
  <dcterms:modified xsi:type="dcterms:W3CDTF">2026-09-07T09:32:00Z</dcterms:modified>
  <cp:category/>
</cp:coreProperties>
</file>